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מבשרי הציונות - לא מחכים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להציג את הגורמים לצמיחת רעיונות מבשרי הציונות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החידוש של המבשרים לעומת התפיסה הפסיבית של הגאולה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שלושה מבשרים ולהבחין בין המבשרים הדתיים למשה הס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דרישת 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הוגה סוציאליסט שחזר אל עמו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מקווה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שאין לדחוק את הקץ ולעלות בכוח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הגאולה תתחיל במעשה אנושי הדרגתי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רבנים והוגים קראו לכך עשרות שנים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הבינו אותן רבים לפני המבשרים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משה הס היה הוגה סוציאליסט חילוני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שאיפה לפרודוקטיביזציה ועבודה יצרנית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עלילת דמשק הייתה ב-1840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הוקם ב-1870 גם בעקבות מאמצי הרב קלישר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דרישת 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רומי וירושלים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עלילת דמשק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מקווה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טבעית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דמות ותרומה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(קרא ליישב את ארץ האבות ב-1843)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(כתב את דרישת ציון ב-1862)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(כתב את רומי וירושלים כהוגה חילוני)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(הראתה שהשנאה ליהודים נמשכת גם באירופה)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(נימוק מסורתי להמתנה לגאולה בלי מעשה)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עלילת דמשק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קריאת הרב אלקלעי ליישב את ארץ האבות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פרסום דרישת ציון ורומי וירושלים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ייסוד מקווה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הקונגרס הציוני הראשון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בסגנון 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להסביר שהגישה המסורתית חיכתה לגאולה ניסית בעוד המבשרים קראו לפעול בהדרגה (עלייה, עבודת אדמה). גורמים: התעוררות הלאומיות באירופה ועלילת דמשק שהראתה שהשנאה נמשכת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הרב קלישר פעל ממניע דתי ורצה גאולה טבעית שתוביל לגאולה שלמה; משה הס פעל ממניע לאומי-סוציאליסטי וראה ביהודים עם הזקוק למולדת, בלי קשר דתי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גאולה המתחילה בפעולה אנושית הדרגתית - עלייה ועבודת אדמה, ואחריה תבוא הגאולה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משה הס, רומי וירושלים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פעלו / עשו מעשה / עלו לארץ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עם חבל השנים כדי להמחיש שהרעיון קדם להרצל ב-50 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המבשרים הדתיים למשה הס כדי למנוע בלבול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לחיזוק אפשר להשתמש בכרטיס 'מי אמר?' מההתאמות לחינוך המיוחד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מבשרי הציונות - לא מחכים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עשרות שנים לפני הרצל קראו רבנים והוגים לשוב לארץ ישראל במעשה ולא לחכות לגאולה ניסית. בדף זה נכיר את רעיונותיהם ואת הרקע ההיסטורי שהוביל אליהם.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שם ספרו של הרב קלישר?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רומי וירושלים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דרישת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מנחת 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רקעו של משה הס?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 ספרדי מזמון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ישיבה בווילנה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הוגה סוציאליסט שחזר אל עמו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קצין בצבא הטורקי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מוסד קם ב-1870 גם בעקבות מאמצי הרב קלישר?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האוניברסיטה העברית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הכנסת החורבה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מקווה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טענו שלוש השבועות?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שאסור ליהודים לדבר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שאין לדחוק את הקץ ולעלות בכוח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שיש לבנות בית מקדש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שאסור ליהודים לעבוד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היה החידוש של המבשרים?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הגאולה תתחיל במעשה אנושי הדרגתי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צריך לחכות למשיח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צריך לעלות בכוח ובמרד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לעלות לארץ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לשוב לארץ ישראל ביוזמה אנושית הופיע רק עם הרצל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השבועות שימשו נימוק להמתנה לגאולה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מבשרי הציונות היו רבנים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המבשרים רצו שיהודי הארץ יתפרנסו מחקלאות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עלילת דמשק התרחשה בשנת 1862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מקווה ישראל נוסד ביוזמת כל ישראל חברים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הרב אלקלעי היה רבה של הקהילה הספרדית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הרב קלישר כתב את הספר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משה הס כתב את הספר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ב-1840 הוכיחה שהשנאה ליהודים לא נעלמה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בית הספר החקלאי הראשון בארץ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התפיסה שהגאולה מתחילה בפעולה אנושית הדרגתית נקראת גאולה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דמות ותרומה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הרב יהודה אלקלעי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נימוק מסורתי להמתנה לגאולה בלי מעשה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הרב צבי הירש קלישר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קרא ליישב את ארץ האבות ב-1843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משה הס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כתב את דרישת ציון ב-1862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עלילת דמשק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כתב את רומי וירושלים כהוגה חילוני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שלוש השבועות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הראתה שהשנאה ליהודים נמשכת גם באירופה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קריאת הרב אלקלעי ליישב את ארץ האבות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עלילת דמשק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פרסום דרישת ציון ורומי וירושלים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ייסוד מקווה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בסגנון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את החידוש ברעיונותיהם של מבשרי הציונות הדתיים, והציגו שני גורמים לצמיחת רעיונות אלה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השוו בין הרב קלישר למשה הס - המניע והחזון של 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הגאולה הטבעית לפי הרב קלישר?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מבשר אחד שאינו רב ואת שם ספרו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המבשרים לא חיכו - הם 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מבשרי הציונות - לא מחכים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