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הציונות - לא מחכים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הגורמים לצמיחת רעיונות מבשרי הציונות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החידוש של המבשרים לעומת התפיסה הפסיבית של הגאולה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מבשרים ולהבחין בין המבשרים הדתיים למשה הס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הוגה סוציאליסט שחזר אל עמו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רבנים והוגים קראו לכך עשרות שנים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הבינו אותן רבים לפני המבשרים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משה הס היה הוגה סוציאליסט חילוני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דרישת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רומי וירושלים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דמות ותרומה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(קרא ליישב את ארץ האבות ב-1843)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 את דרישת ציון ב-1862)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(כתב את רומי וירושלים כהוגה חילוני)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(הראתה שהשנאה ליהודים נמשכת גם באירופה)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עלילת דמשק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הרב אלקלעי ליישב את ארץ האבות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פרסום דרישת ציון ורומי וירושלים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ייסוד מקווה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גאולה המתחילה בפעולה אנושית הדרגתית - עלייה ועבודת אדמה, ואחריה תבוא הגאולה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משה הס, רומי וירושלים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פעלו / עשו מעשה / עלו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חבל השנים כדי להמחיש שהרעיון קדם להרצל ב-50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המבשרים הדתיים למשה הס כדי למנוע בלבול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להשתמש בכרטיס 'מי אמר?' מההתאמות לחינוך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הציונות - לא מחכים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עשרות שנים לפני הרצל קראו רבנים והוגים לשוב לארץ ישראל במעשה ולא לחכות לגאולה ניסית. בדף זה נכיר את רעיונותיהם ואת הרקע ההיסטורי שהוביל אליהם.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רומי וירושלים  ·  דרישת ציון  ·  זמון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שם ספרו של הרב קלישר?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רומי וירושלים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דרישת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רקעו של משה הס?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 ספרדי מזמון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 ישיבה בווילנה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הוגה סוציאליסט שחזר אל עמו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הרעיון לשוב לארץ ישראל ביוזמה אנושית הופיע רק עם הרצל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שלוש השבועות שימשו נימוק להמתנה לגאולה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מבשרי הציונות היו רבנים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הרב אלקלעי היה רבה של הקהילה הספרדית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הרב קלישר כתב את הספר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משה הס כתב את הספר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דמות ותרומה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הרב יהודה אלקלעי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כתב את רומי וירושלים כהוגה חילוני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הרב צבי הירש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הראתה שהשנאה ליהודים נמשכת גם באירופה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משה הס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קרא ליישב את ארץ האבות ב-1843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עלילת דמשק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 את דרישת ציון ב-1862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מקווה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פרסום דרישת ציון ורומי וירושלים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עלילת דמשק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הרב אלקלעי ליישב את ארץ האבות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הגאולה הטבעית לפי הרב קלישר?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מבשר אחד שאינו רב ואת שם ספרו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הציונות - לא מחכים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